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משחקים לכיתה - גיבוש והיכרות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משחקים שונים לגיבוש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ולמי מתאים כל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להפעלת משחקים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חידון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לחטיבת ביניים ותיכון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החידון כולל טיימר, כפתורים וקבוצות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המשחק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חידון המהיר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מסתובב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(טיימר וכפתורים צבעוניים)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(5 מנעולים לפתור)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(מכניסים שמות ומקבלים קבוצות)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משחק מתאים לגיל הכיתה ולמטרה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להסביר את חוקי המשחק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למלא כרטיס יציאה בסוף הפעילות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בחירת משחק מתאים, הגדרת מטרה ברורה (למשל היכרות או גיבוש), התאמה לגיל, ושתי הנחיות ברורות להפעלה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קלפי היכרות לצעירים ושאלות קלות, קלפי שיח לבוגרים ושאלות עמוקות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 הניקוד עוזר לעקוב אחרי נקודות הקבוצות ולשמור על מוטיבציה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ישתפו תחושה אישית בעקבות דירוג הרגש בכרטיס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בזוגות לפני הדיון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בחידון המהיר כדי לחמם את הכיתה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משחקים לכיתה - גיבוש והיכרות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נכיר משחקים שונים שאפשר להפעיל בכיתה כדי לגבש את הקבוצה ולהכיר בין החברים, כמו חידונים, קלפים, חדר בריחה ולוח 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מסתובב  ·  חידון המהיר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משחק כולל טיימר וארבעה כפתורים צבעוניים?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חידון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טריוויה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קלפי 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למי מיועדים קלפי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לצעירים א-ו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לחטיבת ביניים ותיכון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לגננות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חידון מהיר משתמש בקבוצות ובטיימר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 איש תלוי עוסק במילים של ערכים וחברות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משחק עם שאלות וטיימר וארבעה כפתורים צבעוניים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גלגל ה__________ יכול להציג שאלות או שמות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5 מנעולים לפתור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מכניסים שמות ומקבלים קבוצות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מחלק קבוצות אקראי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טיימר וכפתורים צבעוניים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למלא כרטיס יציאה בסוף הפעילות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משחק מתאים לגיל הכיתה ולמטרה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להסביר את חוקי המשחק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משחק קצר לכיתה שלכם. בחרו סוג משחק מהרשימה, כתבו מטרה, קהל יעד (גיל) ושתי הנחיות להפעלה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קלפי היכרות לקלפי 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תפקידו של לוח הניקוד במשחק כיתתי?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משחקים לכיתה - גיבוש והיכרות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