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לכיתה - גיבוש והיכרות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משחקים שונים לגיבוש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ולמי מתאים כל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להפעלת משחקים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חידון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לחטיבת ביניים ותיכון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מחלק קבוצות אקראי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החידון כולל טיימר, כפתורים וקבוצות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קלפי ההיכרות מיועדים לצעירים א-ו, קלפי השיח לבוגרים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היציאה כולל גם דירוג רגשי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חידון המהיר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היציאה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(טיימר וכפתורים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(36 קלפים לחטיבה ותיכון)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(5 מנעולים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(מכניסים שמות ומקבלים 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(קובייה מקוונת וקבוצות)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משחק מתאים לגיל הכיתה ולמטרה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לחלק את הכיתה לקבוצות בעזרת מחלק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את חוקי המשחק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לשחק ולעדכן את לוח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למלא כרטיס יציאה בסוף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בחירת משחק מתאים, הגדרת מטרה ברורה (למשל היכרות או גיבוש), התאמה לגיל, ושתי הנחיות ברורות להפעלה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היכרות לצעירים ושאלות קלות, קלפי שיח לבוגרים ושאלות עמוקות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 הניקוד עוזר לעקוב אחרי נקודות הקבוצות ולשמור על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ישתפו תחושה אישית בעקבות דירוג הרגש בכרטיס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בחידון המהיר כדי לחמם את הכיתה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לכיתה - גיבוש והיכרות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משחקים לכיתה. המשחקים עוזרים לכיתה להכיר אחד את השני ולהיות קבוצה טובה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חידון מהיר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עם שאלות וטיימר וכפתורים צבעוניים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טריוויה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שאלות שמתחלק לסבבים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היכרות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קלפים עם שאלות קלות להכרות בין חברים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קלפים עם שאלות עמוקות יותר לשיחה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עם מנעולים וחידות שפותרים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שמחזק את הקשר בין חברי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שמציגה את הנקודות של כל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שממלאים בסוף הפעילות, כולל גם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יש בו שעון וכפתורים צבעוניים?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טריוויה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קלפי 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יש בכל חפיסה?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גיל מתאימים 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לצעירים א-ו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לחטיבת ביניים ותיכון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לכל הגילאים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מנעולים צריך לפתוח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לחלק תלמידים לקבוצות?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מחלק קבוצות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יציאה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מהיר משתמש בקבוצות ובטיימר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איש תלוי עוסק במילים של ערכים וחברות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ההיכרות מיועדים רק לתלמידי חטיבת ביניים ותיכון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רק שאלת ידע, בלי התייחסות לרגש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משחק עם שאלות וטיימר וארבעה כפתורים 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גלגל ה__________ יכול להציג שאלות או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חדר הבריחה הכיתתי יש __________ מנעולים שצריך לפתור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דף קצר שממלאים בסוף הפעילות ומדרג גם רגש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מכניסים שמות ומקבלים 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טיימר וכפתורים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קובייה מקוונת וקבוצות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מחלק קבוצות אקראי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 מנעולים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 משחק מסלול הגיבוש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36 קלפים לחטיבה ותיכון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את הכיתה לקבוצות בעזרת מחלק הקבוצות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כרטיס יציאה בסוף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ולעדכן את לוח הניקוד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את חוקי המשחק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משחק מתאים לגיל הכיתה ולמטרה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משחק קצר לכיתה שלכם. בחרו סוג משחק מהרשימה, כתבו מטרה, קהל יעד (גיל) ושתי הנחיות להפעלה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קלפי היכרות לקלפי 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לוח הניקוד במשחק כיתתי?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מרגישים אחרי שממלאים 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משחקים לכיתה - גיבוש והיכרות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