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לכיתה - גיבוש והיכרות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משחקים שונים לגיבוש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ולמי מתאים כל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להפעלת משחקים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חידון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לחטיבת ביניים ותיכון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מחלק קבוצות אקראי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החידון כולל טיימר, כפתורים וקבוצות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המשחק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קלפי ההיכרות מיועדים לצעירים א-ו, קלפי השיח לבוגרים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כרטיס היציאה כולל גם דירוג רגשי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חידון המהיר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מסתובב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 היציאה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(טיימר וכפתורים צבעוניים)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(36 קלפים לחטיבה ותיכון)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(5 מנעולים לפתור)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(מכניסים שמות ומקבלים קבוצות)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(קובייה מקוונת וקבוצות)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משחק מתאים לגיל הכיתה ולמטרה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לחלק את הכיתה לקבוצות בעזרת מחלק הקבוצות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את חוקי המשחק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לשחק ולעדכן את לוח הניקוד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למלא כרטיס יציאה בסוף הפעילות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בחירת משחק מתאים, הגדרת מטרה ברורה (למשל היכרות או גיבוש), התאמה לגיל, ושתי הנחיות ברורות להפעלה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קלפי היכרות לצעירים ושאלות קלות, קלפי שיח לבוגרים ושאלות עמוקות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 הניקוד עוזר לעקוב אחרי נקודות הקבוצות ולשמור על 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ישתפו תחושה אישית בעקבות דירוג הרגש בכרטיס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בחידון המהיר כדי לחמם את הכיתה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לכיתה - גיבוש והיכרות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נכיר משחקים שונים שאפשר להפעיל בכיתה כדי לגבש את הקבוצה ולהכיר בין החברים, כמו חידונים, קלפים, חדר בריחה ולוח 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משחק כולל טיימר וארבעה כפתורים צבעוניים?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חידון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טריוויה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קלפי 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חדר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קלפים יש במשחקי קלפי ההיכרות וקלפי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מיועדים קלפי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לצעירים א-ו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לחטיבת ביניים ותיכון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לגננות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לכל הגילאים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מנעולים יש בחדר הבריחה הכיתתי?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לחלק את הכיתה לקבוצות באופן אקראי?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מחלק קבוצות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מסתובב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יציאה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מהיר משתמש בקבוצות ובטיימר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איש תלוי עוסק במילים של ערכים וחברות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ההיכרות מיועדים רק לתלמידי חטיבת ביניים ותיכון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כולל רק שאלת ידע, בלי התייחסות לרגש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משחק עם שאלות וטיימר וארבעה כפתורים צבעוניים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גלגל ה__________ יכול להציג שאלות או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חדר הבריחה הכיתתי יש __________ מנעולים שצריך לפתור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דף קצר שממלאים בסוף הפעילות ומדרג גם רגש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מכניסים שמות ומקבלים קבוצות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קלפי 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טיימר וכפתורים צבעוניים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36 קלפים לחטיבה ותיכון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מחלק קבוצות אקראי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קובייה מקוונת וקבוצות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לוח משחק מסלול הגיבוש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5 מנעולים לפתור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למלא כרטיס יציאה בסוף הפעילות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ולעדכן את לוח הניקוד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את הכיתה לקבוצות בעזרת מחלק הקבוצות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משחק מתאים לגיל הכיתה ולמטרה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את חוקי המשחק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משחק קצר לכיתה שלכם. בחרו סוג משחק מהרשימה, כתבו מטרה, קהל יעד (גיל) ושתי הנחיות להפעלה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קלפי היכרות לקלפי 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תפקידו של לוח הניקוד במשחק כיתתי?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מרגישים אחרי שממלאים כרטיס יציאה?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משחקים לכיתה - גיבוש והיכרות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